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psychometrické hodnotenie nástroja na meranie kompetencie chirurgických sestier v manažmente bolesti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Štúdia vyvinula a psychometricky overila nástroj SNPMC na meranie kompetencie chirurgických sestier v manažmente bolesti, ktorý pozostáva z 78 položiek v siedmich dimenziách: rutinné hodnotenie bolesti, hodnotenie a manažment bolesti vyvolanej pohybom a neočakávanej bolesti, farmakologická a profesionálna liečba bolesti, kontrola bolesti a kontrola pacienta. Nástroj vznikol v dvoch fázach: generovaním položiek z literatúry a rozhovorov, spresnením odbornými diskusiami, dvoma kolami Delphi a analytickou hierarchiou; validácia zahŕňala 1885 sestier zo 48 nemocníc v 15 regiónoch Číny. SNPMC preukázal vysokú vnútornú konzistenciu (opravené korelácie 0,672–0,847), sedemrozmernú štruktúru (zaťaženie ≥0,40), obsahovú validitu (index položky 0,80–1,00; škály 0,98) a stabilitu test-retest po 14 dňoch. Čínske chirurgické sestry dosiahli strednú až vysokú úroveň kompetencie. Faktory spojené s kompetenciou boli ekonomický región, vek, profesijný titul, oddelenie, roky praxe, úroveň vzdelania, predchádzajúce školenia a ďalšie vzdelávanie v manažmente bolesti. SNPMC efektívne hodnotí kompetencie a identifikuje prispievajúce faktory.</w:t>
      </w:r>
    </w:p>
    <w:p/>
    <w:p>
      <w:pPr>
        <w:jc w:val="center"/>
      </w:pPr>
      <w:r>
        <w:t>Vygenerované: 19.03.2026 07:01:52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