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Cytológia štítnej žľazy Bethesda kategória III (AUS/FLUS): chirurgické sledovanie a histologické výsledky v prostredí terciárnej starostlivosti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Štúdia skúmala cytologické nálezy štítnej žľazy v kategórii III podľa Bethesda klasifikácie (AUS/FLUS – atypie alebo folikulárna lézia neurčeného významu), ktorá predstavuje diagnostickú výzvu pri rozhodovaní o liečbe pacientov.[1] Retrospektívne preskúmanie prípadov z rokov 2013–2022 zahrňovalo 243 pacientov z celkovo 1 872 vyšetrení jemnou ihlou (13,0 %), z ktorých 186 pacientov (76,5 %) podstúpilo chirurgický zákrok.[1] Histologické vyšetrenie po operácii identifikovalo 57 malignít, čo predstavovalo mieru malignity 41,9 % medzi prípadmi s jasnou väzbou medzi cytológiou a histológiou a konzervatívnejší odhad 30,6 % pri všetkých operovaných prípadoch.[1] Výsledky ukázali, že kategória AUS/FLUS je v prostredí terciárnej starostlivosti pomerne časté zistenie, ktoré často vedie k chirurgickému riešeniu.[1] Miera hlásených malignít bola klinicky významná, ale jej hodnota sa menila v závislosti od toho, ako boli údaje spracovávané a prepájané.[1] Štúdia zdôraznila potrebu jasného poradenstva pacientov a stratégií sledovania založených na ultrazvukovom vyšetrení, keďže rutinné molekulárne testovanie sa v danom prostredí nepoužívalo.[1]</w:t>
      </w:r>
    </w:p>
    <w:p/>
    <w:p>
      <w:pPr>
        <w:jc w:val="center"/>
      </w:pPr>
      <w:r>
        <w:t>Vygenerované: 19.03.2026 07:02:15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