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Nomogram pre predikciu rizika neadherencie u pacientov po operácii chlopne: retrospektívna štúdia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Štúdia vyvinula a interne overila nomogram na predikciu rizika neadherencie medikácie u pacientov po operácii srdcovej chlopne. Zahrnula 244 pacientov operovaných medzi marcom 2025 a júlom 2025, pričom 112 z nich bolo neadherentných podľa škály ARMS (skóre &gt;16). Prediktory sa vybrali pomocou LASSO regresie a multivariabilnej logistickej regresie, s pomerom udalostí na premennú 22,4. Finálny nomogram obsahuje päť faktorov: užívanie warfarínu, deti v sprievode, frekvenciu denného dávkovania, úroveň vzdelania a vzdialenosť do nemocnice. Model dosiahol C-index 0,839 (95% CI: 0,808–0,870) v tréningovej kohorte a 0,833 pri internej validácii s 1000 bootstrap resamplami. AUC bola 0,817 (95% CI: 0,784–0,845), kalibračné grafy ukázali dobrú zhodu a rozhodovacia krivka potvrdila klinické využitie pri prahu 12–68 %. Nomogram slúži na individualizovanú predikciu rizika neadherencie.</w:t>
      </w:r>
    </w:p>
    <w:p/>
    <w:p>
      <w:pPr>
        <w:jc w:val="center"/>
      </w:pPr>
      <w:r>
        <w:t>Vygenerované: 19.03.2026 07:02:37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