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Editorial: Mechanisms and novel treatments of muscle wasting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Bohužiaľ, dostupný obsah z vyhľadávania neobsahuje úplný text editoriálu s konkrétnym obsahom, ktorý by som mohol zhrnúť. Vyhľadávanie poskytuje len názov a základný popis, že editorial pokrýva osem nedávnych štúdií o svalovom atrofii s dôrazom na terapeutické intervencie a diagnostické biomarkery[5]. Na vytvorenie presného súhrnu podľa vašich požiadaviek (6-8 viet s overenými faktami) by som potreboval prístup k úplnému textu editoriálu. Môžem vám ponúknuť všeobecný súhrn na základe iných dostupných zdrojov o mechanizmoch a liečbe svalovej atrofie, alebo vám odporučiť, aby ste sa obrátili priamo na článok v časopise Frontiers in Medicine.</w:t>
      </w:r>
    </w:p>
    <w:p/>
    <w:p>
      <w:pPr>
        <w:jc w:val="center"/>
      </w:pPr>
      <w:r>
        <w:t>Vygenerované: 19.03.2026 07:46:06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