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Konštrukcia a validácia predikčného modelu založeného na strojovom učení pre 48-hodinové riziko reintubácie u mechanicky ventilovaných pacientov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Retrospektívna štúdia zahŕňala 707 mechanicky ventilovaných pacientov na JIS prvej pridruženej nemocnice Jinzhou Medical University od januára 2022 do októbra 2025, s mierou 48-hodinovej reintubácie 17,39 % (123/707). Reintubácia po extubácii je spojená s dlhším pobytom na JIS a v nemocnici a vyššou mortalitou. Na výber premenných sa použila metóda RF-RFE a LASSO, modely sa vyvíjali siedmimi algoritmami strojového učenia. Najlepší model LASSO-logistická regresia dosiahol v testovacej sade (n=211) AUROC 0,879 (95 % CI 0,814–0,935) a Brier skóre 0,090. Analýza rozhodovacej krivky potvrdila klinickú užitočnosť modelu. Model je dostupný ako statický nomogram a webový dynamický nomogram na https://predict-for-reintubation-within-48-hours.shinyapps.io/dynnomapp/. Nomogramy integrujú kľúčové prediktory na včasnú identifikáciu rizikových pacientov.</w:t>
      </w:r>
    </w:p>
    <w:p/>
    <w:p>
      <w:pPr>
        <w:jc w:val="center"/>
      </w:pPr>
      <w:r>
        <w:t>Vygenerované: 19.03.2026 07:47:25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