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Manažment sialorey pri Parkinsonovej chorobe pod vedením sestry: pilotná randomizovaná kontrolovaná štúdia</w:t>
      </w:r>
    </w:p>
    <w:p>
      <w:r>
        <w:t>Zdroj: Frontiers Medicine</w:t>
      </w:r>
    </w:p>
    <w:p>
      <w:r>
        <w:t>Publikované: 2026-03-19T00:00:00Z</w:t>
      </w:r>
    </w:p>
    <w:p/>
    <w:p>
      <w:pPr>
        <w:pStyle w:val="Heading1"/>
      </w:pPr>
      <w:r>
        <w:t>Súhrn</w:t>
      </w:r>
    </w:p>
    <w:p>
      <w:r>
        <w:t>Sialorhea je častý nemotorický symptóm Parkinsonovej choroby, ktorý zhoršuje problémy s prehĺtaním a rečou, spôsobuje periorálnu dermatitídu, dusenie, aspiračnú pneumóniu, sociálne rozpaky a psychiatrické problémy ako smútok či úzkosť. Štúdia vyvinula štruktúrovaný ošetrovateľský program manažmentu sialorey na základe teórie manažmentu symptómov (SMT) prostredníctvom dvoch kôl odborných konzultácií Delphi, s 13 sekundárnymi, 39 terciárnymi a tromi primárnymi indikátormi. Do pilotnej randomizovanej kontrolovanej štúdie bolo zahrnutých 80 pacientov so sialoreou pri Parkinsonovej chorobe, randomizovaných do intervenčnej a kontrolnej skupiny. Po štyroch týždňoch intervenčná skupina dosiahla signifikantne nižšie skóre na klinickej škále sialorey pre Parkinsonovu chorobu a položkách zjednotenej škály hodnotenia Parkinsonovej choroby súvisiacich so sialoreou oproti kontrolnej skupine (P &lt; 0,05). Intervenčná skupina mala tiež signifikantne vyššie skóre v schopnosti sebariadenia (P &lt; 0,05). Program poskytuje predbežné dôkazy o uskutočniteľnosti a účinnosti pri znižovaní závažnosti symptómov a zlepšení samoriadenia. Registrovaný ako ChiCTR2500096034.</w:t>
      </w:r>
    </w:p>
    <w:p/>
    <w:p>
      <w:pPr>
        <w:jc w:val="center"/>
      </w:pPr>
      <w:r>
        <w:t>Vygenerované: 19.03.2026 07:47:36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