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Pomer plochy viscerálneho a podkožného tuku ako nový prognostický biomarker u pacientov s cirhózou podstupujúcich TIPS: retrospektívna štúdia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Retrospektívna štúdia zahŕňala 239 pacientov s cirhózou podstupujúcich TIPS a skúmala prediktívnu hodnotu pomeru plochy viscerálneho tuku k podkožnému tuku (V/S pomer) pre post-TIPS zjavnú hepatickú encefalopatiu (OHE) po 1 roku a prežívanie bez transplantácie (TFS) po 2 rokoch. Analýza ROC ukázala významnú predikčnú schopnosť V/S pomeru a VFA pre 1-ročné OHE s AUROC 0,817 (p &lt; 0,001). V multivariačnej Coxovej regresii boli rizikovými faktormi pre 1-ročné OHE vek, V/S pomer, kreatinín a kombinovaná sarkopénia s myosteatózou. Vysoký V/S pomer bol spojený s 1,75-násobným rizikom 1-ročného OHE (HR 1,748, 95 % CI 1,438–2,124, p &lt; 0,001). Rovnako vysoký V/S pomer zvyšoval riziko úmrtia alebo transplantácie pečene 1,55-násobne (HR 1,547). Predoperačné hodnotenie V/S pomeru slúži na predikciu OHE a TFS po TIPS.[3]</w:t>
      </w:r>
    </w:p>
    <w:p/>
    <w:p>
      <w:pPr>
        <w:jc w:val="center"/>
      </w:pPr>
      <w:r>
        <w:t>Vygenerované: 19.03.2026 07:47:44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