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Metaanalýza bylinnej terapie na posilnenie sleziny a na odstránenie hlienu na hypersekréciu hlienu dýchacích ciest pri chronickej obštrukčnej chorobe pľúc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Metaanalýza zhodnotila účinnosť a bezpečnosť čínskej bylinnej terapie posilňujúcej slezinu a odstraňujúcej hlien (SSPR) pri hypersekrécii hlienu u pacientov s chronickou obštrukčnou chorobou pľúc (CHOCHP). Zahrnula 16 štúdií s 1468 pacientmi, publikovaných od 1. januára 2010 do 1. septembra 2025, vyhľadaných v databázach ako CNKI, PubMed či Cochrane Library. Pri akútnej exacerbácii CHOCHP SSPR v kombinácii so západnou terapiou významne zlepšila mieru účinnosti (P &lt; 0,0001), FVC (P = 0,02), absolútnu FEV1 (P &lt; 0,00001), znížila MUC5AC (P = 0,001), skóre syndrómu TCM (P &lt; 0,00001) a IL-8 (P &lt; 0,00001), bez rozdielu v FEV1/FVC (P = 0,22). Pri stabilnej CHOCHP zlepšila mieru účinnosti (P &lt; 0,0001), FVC (P &lt; 0,00001), FEV1 (P &lt; 0,00001), FEV1/FVC (P = 0,001), skóre TCM (P = 0,0004) a IL-8 (P &lt; 0,00001), bez rozdielu v MUC5AC (P = 0,23). Tri štúdie nehlásili nežiaduce udalosti, dve nepreukázali rozdiel v ich výskyte. Štúdie mali nízku metodologickú kvalitu, je potrebný ďalší výskum väčšími RCT; protokol je registrovaný na PROSPERO (CRD420251171076).</w:t>
      </w:r>
    </w:p>
    <w:p/>
    <w:p>
      <w:pPr>
        <w:jc w:val="center"/>
      </w:pPr>
      <w:r>
        <w:t>Vygenerované: 19.03.2026 07:47:55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