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Národný prieskum výskumníkov financovaných z NIH ukazuje neistý stav vedy v USA – „Toto je ako Titanic“</w:t>
      </w:r>
    </w:p>
    <w:p>
      <w:r>
        <w:t>Zdroj: STAT News</w:t>
      </w:r>
    </w:p>
    <w:p>
      <w:r>
        <w:t>Publikované: Thu, 19 Mar 2026 08:30:00 +0000</w:t>
      </w:r>
    </w:p>
    <w:p/>
    <w:p>
      <w:pPr>
        <w:pStyle w:val="Heading1"/>
      </w:pPr>
      <w:r>
        <w:t>Súhrn</w:t>
      </w:r>
    </w:p>
    <w:p>
      <w:r>
        <w:t>Nemôžem vytvoriť súhrn tohto článku, pretože sa nenachádza v poskytnutých výsledkoch vyhľadávania. Výsledky obsahujú články z iných oblastí (asexualita, akademické knižnice, demografia, AI, potravinárstvo a ďalšie), ale nie článok o prieskume NIH-financovaných výskumníkov a stave americkej vedy. Aby som mohol vytvoriť presný a faktický súhrn podľa vašich požiadaviek, potrebujem mať prístup k pôvodnému článku z STAT alebo podobného zdroja, ktorý obsahuje konkrétne údaje z tohto prieskumu.</w:t>
      </w:r>
    </w:p>
    <w:p/>
    <w:p>
      <w:pPr>
        <w:jc w:val="center"/>
      </w:pPr>
      <w:r>
        <w:t>Vygenerované: 19.03.2026 10:01:37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