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Agonisty receptora glukagónu podobného peptidu-1 pre hlavné kardiovaskulárne a obličkové výsledky pri cukrovke 1. typu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Skúšobná emulačná štúdia zverejnená v časopise Nature Medicine analyzovala údaje od 174 678 pacientov s diabetom 1. typu a zistila, že iniciácia agonistov receptora glukagónu podobného peptidu-1 (GLP-1RA) je spojená so zníženým rizikom závažných kardiovaskulárnych príhod. Štúdia tiež preukázala, že GLP-1RA znižujú riziko konečného štádia ochorenia obličiek u pacientov s diabetom 1. typu. Výskum využíval údaje z elektronických zdravotných záznamov, čo umožnilo analýzu veľkého počtu pacientov v reálnej klinickej praxi. Tieto zistenia rozširujú poznatky o prospešnosti GLP-1RA, ktoré boli doteraz primárne študované u pacientov s diabetom 2. typu. Výsledky naznačujú, že GLP-1RA môžu mať kardiovaskulárne a obličkové ochranné účinky aj u pacientov s diabetom 1. typu. Štúdia tak poskytuje dôležité dôkazy pre potenciálne rozšírenie použitia GLP-1RA v liečbe diabetu 1. typu.</w:t>
      </w:r>
    </w:p>
    <w:p/>
    <w:p>
      <w:pPr>
        <w:jc w:val="center"/>
      </w:pPr>
      <w:r>
        <w:t>Vygenerované: 19.03.2026 13:00:51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