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Najlepší silový tréningový plán môže byť jednoduchší, než si myslíte</w:t>
      </w:r>
    </w:p>
    <w:p>
      <w:r>
        <w:t>Zdroj: ScienceDaily Health</w:t>
      </w:r>
    </w:p>
    <w:p>
      <w:r>
        <w:t>Publikované: Thu, 19 Mar 2026 08:09:07 EDT</w:t>
      </w:r>
    </w:p>
    <w:p/>
    <w:p>
      <w:pPr>
        <w:pStyle w:val="Heading1"/>
      </w:pPr>
      <w:r>
        <w:t>Súhrn</w:t>
      </w:r>
    </w:p>
    <w:p>
      <w:r>
        <w:t>Nové pokyny pre silový tréning zdôrazňujú, že cvičenie s odporom je najdôležitejšie. Na základe desaťročí výskumu odborníci tvrdia, že jednoduché rutiny zvyšujú svaly, silu a fyzické funkcie. Kľúčom nie je dokonalosť, ale dôslednosť. Najlepší cvičebný plán je ten, ktorý si človek dokáže udržať dlhodobo.</w:t>
      </w:r>
    </w:p>
    <w:p/>
    <w:p>
      <w:pPr>
        <w:jc w:val="center"/>
      </w:pPr>
      <w:r>
        <w:t>Vygenerované: 19.03.2026 14:00:30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