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Biotechnológia sa obráti na Apple Watch, aby študovala svoj liek na Parkinsonovu chorobu</w:t>
      </w:r>
    </w:p>
    <w:p>
      <w:r>
        <w:t>Zdroj: STAT News</w:t>
      </w:r>
    </w:p>
    <w:p>
      <w:r>
        <w:t>Publikované: Thu, 19 Mar 2026 13:48:39 +0000</w:t>
      </w:r>
    </w:p>
    <w:p/>
    <w:p>
      <w:pPr>
        <w:pStyle w:val="Heading1"/>
      </w:pPr>
      <w:r>
        <w:t>Súhrn</w:t>
      </w:r>
    </w:p>
    <w:p>
      <w:r>
        <w:t>Biotechnologická firma využíva Apple Watch na štúdium svojho lieku na Parkinsonovu chorobu v klinickej štúdii.[1] Systém MM4PD používa akcelerometer a gyroskop Apple Watch na detekciu motorických príznakov, ako sú pokojové trasenia a dyskinézy.[1][4] Výskumníci z Apple v spolupráci so špecialistami identifikovali charakteristické „on“ a „off“ vzory účinkov liekov.[1] Merania MM4PD korelujú s klinickými hodnoteniami tremorovej závažnosti (r = 0,80) a detekujú prítomnosť dyskinézií (P &lt; 0,001).[4] Systém zachytil zmeny príznakov v reakcii na liečbu u 94 % z 225 účastníkov počas až 6 mesiacov.[4] Pilotná štúdia zahŕňala 118 pacientov s Parkinsonovou chorobou, kde sa údaje porovnávali so zlatým štandardom MDS-UPDRS.[4] Neurológovia z University of Rochester sledovali pacientov s ranou Parkinsonovou chorobou rok pomocou Apple Watch a iPhonu, čím odhalili zníženie chôdze, zvýšenie trasu, zmeny reči a obmedzenie kývania paží.[2] Aplikácia StridePD získala schválenie FDA na monitorovanie pohybu, spánku a tremor.[3][5]</w:t>
      </w:r>
    </w:p>
    <w:p/>
    <w:p>
      <w:pPr>
        <w:jc w:val="center"/>
      </w:pPr>
      <w:r>
        <w:t>Vygenerované: 19.03.2026 15:00:33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