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Započítali sme úmrtia na Covid o 155 000?</w:t>
      </w:r>
    </w:p>
    <w:p>
      <w:r>
        <w:t>Zdroj: STAT News</w:t>
      </w:r>
    </w:p>
    <w:p>
      <w:r>
        <w:t>Publikované: Thu, 19 Mar 2026 13:28:11 +0000</w:t>
      </w:r>
    </w:p>
    <w:p/>
    <w:p>
      <w:pPr>
        <w:pStyle w:val="Heading1"/>
      </w:pPr>
      <w:r>
        <w:t>Súhrn</w:t>
      </w:r>
    </w:p>
    <w:p>
      <w:r>
        <w:t>Americké centrum pre kontrolu a prevenciu chorôb (CDC) zaznamenalo počas pandémie koronavírusu v USA viac ako jeden milión nadúmrtí oproti obvyklému stavu.[2] Podľa údajov CDC zomrelo kvôli Covid-19 najmenej 923 tisíc Američanov, pričom 91 % týchto úmrtí bolo priamo spôsobených ochorením a 9 % malo vírus ako prispievajúci faktor.[2] Celkovo Covid-19 spôsobil smrť viac ako 940 tisíc ľudí v USA.[1] Medzi nadúmrtia patrili aj úmrtia spôsobené hypertenziou, srdcovými ochoreniami a Alzheimerovou chorobou, čiastočne v dôsledku preťaženého zdravotníctva a odložených starostlivostí.[2] Štúdia z Oxfordu analyzujúca údaje CDC za obdobie od 1. augusta 2021 do 31. júla 2022 ukázala, že Covid-19 bol základnou príčinou smrti viac ako 1300 detí a mladistvých do 19 rokov, čo predstavovalo 2 % všetkých úmrtí v tejto vekovej skupine (800 zo 43 tisíc) s mierou úmrtnosti 1,0 na 100 tisíc obyvateľov.[1] Covid sa tak stal hlavnou príčinou úmrtia na infekčné ochorenie u detí a adolescentov, pred chripkou a zápalom pľúc s mierou 0,6 na 100 tisíc.[1] Najviac úmrtí detí súvisiacich s Covidom bolo v januári 2022, keď zomrelo 160 detí a adolescentov.[1] Hlavnou príčinou úmrtí v tejto vekovej kategórii však zostali zdravotné problémy pred narodením s mierou 12,7 na 100 tisíc obyvateľov.[1]</w:t>
      </w:r>
    </w:p>
    <w:p/>
    <w:p>
      <w:pPr>
        <w:jc w:val="center"/>
      </w:pPr>
      <w:r>
        <w:t>Vygenerované: 19.03.2026 15:00:45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