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skúške na chudnutie Lilly, nedostatkoch TrumpRx a ďalších</w:t>
      </w:r>
    </w:p>
    <w:p>
      <w:r>
        <w:t>Zdroj: STAT News</w:t>
      </w:r>
    </w:p>
    <w:p>
      <w:r>
        <w:t>Publikované: Thu, 19 Mar 2026 13:22:13 +0000</w:t>
      </w:r>
    </w:p>
    <w:p/>
    <w:p>
      <w:pPr>
        <w:pStyle w:val="Heading1"/>
      </w:pPr>
      <w:r>
        <w:t>Súhrn</w:t>
      </w:r>
    </w:p>
    <w:p>
      <w:r>
        <w:t>Spoločnosť Eli Lilly zverejnila výsledky štúdie ATTAIN-2, v ktorej jej pilulka orforglipron preukázala účinnosť u pacientov s obezitou a diabetom 2. typu.[1] Najvyššia dávka viedla počas 72 týždňov k priemernému zníženiu hmotnosti o 10,5 %, čo zodpovedá približne 10 kilogramom.[1] U pacientov s placebom bol pokles hmotnosti len 2,2 %.[1] Liek zároveň významne znížil hladinu krvného cukru, pričom väčšina pacientov po skončení štúdie už nespĺňala kritériá pre diabetes 2. typu.[1] Firma má teraz kompletný balík dát na podanie žiadosti o schválenie u regulátorov po celom svete.[1] Eli Lilly plánuje uvedenie lieku na trh v nasledujúcom roku.[1] Štúdia otvára cestu k globálnemu schváleniu orforglipronu.[1]</w:t>
      </w:r>
    </w:p>
    <w:p/>
    <w:p>
      <w:pPr>
        <w:jc w:val="center"/>
      </w:pPr>
      <w:r>
        <w:t>Vygenerované: 19.03.2026 15:00:55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