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Lekár na pohotovosti suspendovaný za &amp;#x201c;dravú&amp;#x201d; správanie pri skúškach kolegov</w:t>
      </w:r>
    </w:p>
    <w:p>
      <w:r>
        <w:t>Zdroj: BMJ</w:t>
      </w:r>
    </w:p>
    <w:p>
      <w:r>
        <w:t>Publikované: 2026-03-19T06:16:08-07:00</w:t>
      </w:r>
    </w:p>
    <w:p/>
    <w:p>
      <w:pPr>
        <w:pStyle w:val="Heading1"/>
      </w:pPr>
      <w:r>
        <w:t>Súhrn</w:t>
      </w:r>
    </w:p>
    <w:p>
      <w:r>
        <w:t>Lekár Khush Zeeshan, špecializovaný lekár na pohotovostnom oddelení nemocnice Royal Albert Edward Infirmary vo Wigane, bol suspendovaný na 12 mesiacov z lekárskeho registra Spojeného kráľovstva. Zeeshan zneužil zdravotné obavy dvoch mladších kolegýň na svoje sexuálne uspokojenie. V prvom prípade ponúkol pacientke s bolesťami chrbta a ramena fyzické vyšetrenie, počas ktorého jej bez informovaného súhlasu masíroval zadoček, stehná a nohy cez šaty a masíroval jej chrbát a ramená pod vrchom. V druhom prípade rozšíril vyšetrenie podpazušia kolegyne, ktorá mala problémy s lymfatickými uzlinami, na jej prsia bez jej súhlasu. Tribunál zistil, že Zeeshan konal úmyselne a porušil profesionálne štandardy lekárskeho povolania.</w:t>
      </w:r>
    </w:p>
    <w:p/>
    <w:p>
      <w:pPr>
        <w:jc w:val="center"/>
      </w:pPr>
      <w:r>
        <w:t>Vygenerované: 19.03.2026 16:00:33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