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USA nikdy nesmú podporovať výskum a politiku, ktorá poškodzuje černošské komunity</w:t>
      </w:r>
    </w:p>
    <w:p>
      <w:r>
        <w:t>Zdroj: BMJ</w:t>
      </w:r>
    </w:p>
    <w:p>
      <w:r>
        <w:t>Publikované: 2026-03-19T03:40:58-07:00</w:t>
      </w:r>
    </w:p>
    <w:p/>
    <w:p>
      <w:pPr>
        <w:pStyle w:val="Heading1"/>
      </w:pPr>
      <w:r>
        <w:t>Súhrn</w:t>
      </w:r>
    </w:p>
    <w:p>
      <w:r>
        <w:t>Americké centrum pre kontrolu a prevenciu chorôb (CDC) súhlasilo s financovaním štúdie o vakcíne proti hepatitíde B vo výške 1,6 milióna dolárov. Štúdia má uskutočniť v Guinea-Bissau, kde hepatitídu B postihuje 18 až 19 % populácie. Výskumný tím tam vykonal 25 rokov výskumu, pričom výsledky 10 štúdií neboli verejne dostupné. Štúdia je pozastavená, kým africké CDC posudzuje jej etiku a nevyhnutnosť. Článok poukazuje na podobnosti s neetickým biomedicínskym výskumom minulosti na černošských subjektoch. Zdravotnícka komunita má chrániť zdravie černochov na celom svete.</w:t>
      </w:r>
    </w:p>
    <w:p/>
    <w:p>
      <w:pPr>
        <w:jc w:val="center"/>
      </w:pPr>
      <w:r>
        <w:t>Vygenerované: 19.03.2026 18:00:55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