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Demokrati sa pripravujú na prepracovanie zdravotnej starostlivosti</w:t>
      </w:r>
    </w:p>
    <w:p>
      <w:r>
        <w:t>Zdroj: STAT News</w:t>
      </w:r>
    </w:p>
    <w:p>
      <w:r>
        <w:t>Publikované: Thu, 19 Mar 2026 17:02:12 +0000</w:t>
      </w:r>
    </w:p>
    <w:p/>
    <w:p>
      <w:pPr>
        <w:pStyle w:val="Heading1"/>
      </w:pPr>
      <w:r>
        <w:t>Súhrn</w:t>
      </w:r>
    </w:p>
    <w:p>
      <w:r>
        <w:t>Demokrati načrtávajú novú víziu systému zdravotnej starostlivosti ešte pred polrokom. V platforme Demokratickej národnej konvencie sa zaväzujú chrániť a rozširovať Affordable Care Act (ACA), aby zabránili jeho zrušeniu republikánmi. Uvádza sa, že ACA znížilo podiel nepoistených Američanov z 16 % v roku 2010 na 8 % v roku 2024, pričom momentálne má zdravotné poistenie cez ACA 21 miliónov ľudí. Podporujú rozšírenie Medicaidu pre nízkopríjmových Američanov, vrátane 2,8 milióna ľudí v štátoch, kde republikáni odmietajú pomoc. Navrhujú trvalé dotácie na poistné ACA, čo by podľa Congressional Budget Office znamenalo náklad 335 miliárd dolárov na federálny rozpočet za 10 rokov. Cez Inflation Reduction Act obmedzili cenu inzulínu na 35 dolárov mesačne pre takmer 4 milióny bénéficientov Medicare a chcú to rozšíriť na všetkých diabetikov, čím by ušetrili tisíce dolárov ročne. Plánujú zvýšiť vyjednávanie cien liekov Medicare na najmenej 50 liekov ročne a obmedziť doplatky za generiká na 2 doláre za dávku pre všetkých bénéficientov.</w:t>
      </w:r>
    </w:p>
    <w:p/>
    <w:p>
      <w:pPr>
        <w:jc w:val="center"/>
      </w:pPr>
      <w:r>
        <w:t>Vygenerované: 19.03.2026 19:00:32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