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Spojenie medzi očkovaním proti COVID-19 a náhlou smrťou u zjavne zdravých mladších jedincov: populačná prípadová kontrolná štúdia</w:t>
      </w:r>
    </w:p>
    <w:p>
      <w:r>
        <w:t>Zdroj: PLOS Medicine</w:t>
      </w:r>
    </w:p>
    <w:p>
      <w:r>
        <w:t>Publikované: 2026-03-19T14:00:00Z</w:t>
      </w:r>
    </w:p>
    <w:p/>
    <w:p>
      <w:pPr>
        <w:pStyle w:val="Heading1"/>
      </w:pPr>
      <w:r>
        <w:t>Súhrn</w:t>
      </w:r>
    </w:p>
    <w:p>
      <w:r>
        <w:t>Štúdia skúmala súvislosť medzi očkovaním proti COVID-19 a náhlou smrťou u zjavne zdravých ľudí vo veku 12–50 rokov v Ontáriu v Kanade od 1. apríla 2021 do 30. júna 2023. Z 6 365 451 oprávnených jedincov identifikovali 4 963 prípadov náhlej smrti (0,08 %), s priemerným vekom 36 rokov. Prípady boli porovnané s piatimi kontrolami podľa veku, pohlavia, regiónu a príjmu, s úpravou na faktory ako SARS-CoV-2 testy, chrípkové očkovanie a komorbidity. V primárnej analýze bolo očkovanie spojené s nižším rizikom náhlej smrti (upravený pomer pravdepodobnosti aOR = 0,57; 95 % CI [0,53, 0,61]; p &lt; 0,001), vrátane očkovania 6 týždňov pred smrťou (aOR = 0,63; 95 % CI [0,55, 0,72]). Zistenia potvrdili analýzy citlivosti pre vek pod 40 rokov, úmrtia v nemocnici a po vylúčení opioidov. Analýza samokontrolovanej série prípadov nepreukázala zvýšené riziko po 1., 2. alebo 3. dávke. Záver štúdie nepodporuje hypotézu, že vakcíny proti COVID-19 zvyšujú riziko náhlej srdcovej smrti u mladých zdravých dospelých.</w:t>
      </w:r>
    </w:p>
    <w:p/>
    <w:p>
      <w:pPr>
        <w:jc w:val="center"/>
      </w:pPr>
      <w:r>
        <w:t>Vygenerované: 19.03.2026 20:00:46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