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Doc's Suspension Obrátené; Reumatológ dostane 6 rokov; Zdravotné sestry zabité pri útokoch</w:t>
      </w:r>
    </w:p>
    <w:p>
      <w:r>
        <w:t>Zdroj: MedPage Today</w:t>
      </w:r>
    </w:p>
    <w:p>
      <w:r>
        <w:t>Publikované: Thu, 19 Mar 2026 13:17:27 -0400</w:t>
      </w:r>
    </w:p>
    <w:p/>
    <w:p>
      <w:pPr>
        <w:pStyle w:val="Heading1"/>
      </w:pPr>
      <w:r>
        <w:t>Súhrn</w:t>
      </w:r>
    </w:p>
    <w:p>
      <w:r>
        <w:t>Lekárska rada štátu Iowa zrušila núdzové pozastavenie funkcie transplantačného chirurga Qasima Chaudhryho, MD, kvôli procedurálnej chybe. Obvinenia z nekompetentnosti sa však budú naďalej posudzovať na budúcom vypočutí. Reumatológ dostal šesťročný trest odňatia slobody. Dve zdravotné sestry zahynuli pri útokoch. Článok publikoval MedPage Today a pokračuje správami z Iowa Capital.</w:t>
      </w:r>
    </w:p>
    <w:p/>
    <w:p>
      <w:pPr>
        <w:jc w:val="center"/>
      </w:pPr>
      <w:r>
        <w:t>Vygenerované: 19.03.2026 20:01:06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