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Gény vstupujú do záhrady dobra a zla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Žiadny overený obsah zdravotníckeho alebo vedeckého článku z časopisu Science (zväzok 391, číslo 6791, marec 2026) nie je v poskytnutých výsledkoch vyhľadávania dostupný. Všetky zdroje [1][2][3][4] diskutujú biblický príbeh o strome poznania dobra a zla z náboženského alebo filozofického pohľadu, bez spojenia s genetikou alebo vedeckými zisteniami. Nie je možné vytvoriť súhrn len na základe overených faktov z uvedeného článku.</w:t>
      </w:r>
    </w:p>
    <w:p/>
    <w:p>
      <w:pPr>
        <w:jc w:val="center"/>
      </w:pPr>
      <w:r>
        <w:t>Vygenerované: 19.03.2026 20:01:22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