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Resetovanie tandemovej mikroRNA156 umožňuje vegetatívny trvalý rast v ryži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Článok popisuje resetovanie tandemovej mikroRNA156, ktorá umožňuje vegetatívny trvalý rast v ryži bez prechodu do generatívnej fázy.[1][2] MikroRNA156 je vysoko exprimovaná v juvénilných tkanivách a jej úroveň klesá s vekom rastliny, čím reguluje vývoj.[1] Interakcia miR156 s cieľovými génmi SPL podporuje pozitívnu regulačnú slučku, ktorá ovplyvňuje čas kvitnutia a rast.[1] V ryži toto resetovanie udržuje vegetatívny stav, čo vedie k trvalému rastu.[2] Štúdia identifikuje dominantné odolné alely rSPL3, rSPL4 a rSPL13, ktoré urýchľujú kvitnutie pod optimálnymi aj suboptimálnymi podmienkami.[1] Genotypy vykazujú významné efekty na čas kvitnutia (P &lt; 0.001), vernalizáciu (P &lt; 0.001) a ich interakciu (P = 0.0016).[1] Tieto genetické zdroje slúžia na doladenie času kvitnutia a adaptáciu na meniace sa prostredie.[1]</w:t>
      </w:r>
    </w:p>
    <w:p/>
    <w:p>
      <w:pPr>
        <w:jc w:val="center"/>
      </w:pPr>
      <w:r>
        <w:t>Vygenerované: 19.03.2026 20:01:43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