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Paleomagnetická detekcia relatívnych pohybov platní a občasné reverzné jadrové dynamo pri 3,5 Ga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Článok predstavuje najstarší dôkaz diferenciálnych pohybov tektonických platní pri 3,48 Ga na základe paleomagnetických dát z North Pole Dome v East Pilbara Craton, Západná Austrália[1][7]. Tieto pohyby dosahovali približne pol stupňa za milión rokov a smerovali podobne ako dnešné rozširovanie oceánskeho dna[1]. Dôkazy podporujú robustné vekové obmedzenia vrátane inverzných testov pečených kontaktov na žilách starších ako 3,44 Ga, testu záhybov cez deformáciu staršiu ako 3,3 Ga a stratabound reverzie pri 3,46 Ga, ktorá je najstaršou zdokumentovanou[1]. Štúdia detekuje relatívne pohyby medzi dvoma blokmi kôry, čo je charakteristický znak platňovej tektoniky[1]. Zistenia ukazujú prítomnosť axiálne dipólového jadrového dynamu s občasnými reverziami pri 3,5 Ga[5][7]. Pohyby boli rýchle, desiatky centimetrov za rok, a trvali desiatky miliónov rokov[1][3]. Tieto procesy naznačujú moderné geofyzikálne mechanizmy na Zemi pred 3,5 miliardami rokov[5].</w:t>
      </w:r>
    </w:p>
    <w:p/>
    <w:p>
      <w:pPr>
        <w:jc w:val="center"/>
      </w:pPr>
      <w:r>
        <w:t>Vygenerované: 19.03.2026 20:01:54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