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Vysoko účinná, hlboko ultrafialová luminiscencia v hBN moaré kvantových jamkách</w:t>
      </w:r>
    </w:p>
    <w:p>
      <w:r>
        <w:t>Zdroj: Science Magazine</w:t>
      </w:r>
    </w:p>
    <w:p>
      <w:r>
        <w:t>Publikované: 2026-03-19T07:00:00Z</w:t>
      </w:r>
    </w:p>
    <w:p/>
    <w:p>
      <w:pPr>
        <w:pStyle w:val="Heading1"/>
      </w:pPr>
      <w:r>
        <w:t>Súhrn</w:t>
      </w:r>
    </w:p>
    <w:p>
      <w:r>
        <w:t>Výskumníci dosiahli vysoko účinnú luminiscenciu v hlbokom ultrafialovom spektre pomocou moiré kvantových jamiek v materiáli hBN. Tento materiál umožňuje efektívne svetelné vyžarovanie v hlbokom ultrafialovom rozsahu. Štúdia bola publikovaná v časopise Science, zväzok 391, vydanie 6791, v marci 2026. Hlavné zistenie spočíva v vysokej účinnosti luminiscencie v týchto štruktúrach. Moiré kvantové jamky v hBN vytvárajú vhodné podmienky pre túto luminiscenciu. Výsledky otvárajú cestu pre aplikácie v optoelektronike.</w:t>
      </w:r>
    </w:p>
    <w:p/>
    <w:p>
      <w:pPr>
        <w:jc w:val="center"/>
      </w:pPr>
      <w:r>
        <w:t>Vygenerované: 19.03.2026 20:02:53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