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Dynamika jednej molekuly živých buniek eukaryotických RNA polymerázových strojov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Výskum sa zameriava na dynamiku jedinej molekuly eukaryotických RNA polymerázových strojov v živých bunkách. Eukaryotické bunky obsahujú tri hlavné typy RNA polymeráz, z ktorých RNA polymeráza II transkribuje gény kódované na bielkoviny, snRNA a miRNA. Každá RNA polymeráza pozostáva z viacerých podjednotiek, napríklad RNA polymeráza II z 10 až 12 podjednotiek vrátane Rpb1 a Rpb2. RNA polymeráza katalyzuje syntézu RNA podľa DNA šablóny tvorbou fosfodiesterových väzieb medzi nukleotidmi ATP, CTP, GTP a UTP. U eukaryotov sa pohybuje rýchlosťou 20 nukleotidov za sekundu a umožňuje vytvorenie viac ako 1000 transkriptov z jedného genu za hodinu. Iniciácia transkripcie vyžaduje transkripčné faktory, ktoré sa viažu na promotor spolu s RNA polymerázou. Proces začína na promotore a končí na terminátore, pričom RNA polymeráza nepotrebuje primer ani samo-opravnú funkciu.</w:t>
      </w:r>
    </w:p>
    <w:p/>
    <w:p>
      <w:pPr>
        <w:jc w:val="center"/>
      </w:pPr>
      <w:r>
        <w:t>Vygenerované: 19.03.2026 20:03:03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