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Sympaticko-eozinofilná os organizuje psychologický stres na exacerbáciu zápalu kože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V článku sa skúma sympaticko-eozinofilná os, ktorá spája psychologický stres s exacerbáciou zápalu kože. Autori identifikovali, ako sympatický nervový systém ovplyvňuje eozinofily, biele krvinky zapojené do alergických reakcií. Psychologický stres aktivuje túto os, čo vedie k uvoľneniu látok z eozinofilov a zhoršeniu kožného zápalu. Štúdia bola publikovaná v časopise Science, zväzok 391, číslo 6791, strany 1269-1277, v marci 2026. Hlavné zistenia ukazujú priamy mechanizmus, prostredníctvom ktorého stres zosilňuje zápalové procesy v koži. Experimenty potvrdili úlohu eozinofilov v tomto procese.</w:t>
      </w:r>
    </w:p>
    <w:p/>
    <w:p>
      <w:pPr>
        <w:jc w:val="center"/>
      </w:pPr>
      <w:r>
        <w:t>Vygenerované: 19.03.2026 20:03:29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