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Vyššie ukladanie uhlíka v primárnych ako sekundárnych boreálnych lesoch vo Švédsku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"Higher carbon storage in primary than secondary boreal forests in Sweden" z časopisu Science, zväzok 391, číslo 6791, marec 2026. Výsledky vyhľadávania obsahujú články o inom témami súvisiacich s boreálnymi lesmi vo Švédsku – konkrétne o vplyve zvyšujúcej sa koncentrácie CO₂ na dostupnosť dusíka v lesoch a o emisiách uhlíka počas lesných požiarov – ale nie o porovnaní ukladania uhlíka v primárnych a sekundárnych lesoch. Aby som mohol vytvoriť presný a faktický súhrn podľa vašich požiadaviek, potrebujem mať k dispozícii obsah konkrétneho článku, ktorý ste uviedli.</w:t>
      </w:r>
    </w:p>
    <w:p/>
    <w:p>
      <w:pPr>
        <w:jc w:val="center"/>
      </w:pPr>
      <w:r>
        <w:t>Vygenerované: 19.03.2026 20:03:39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