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Globálne prípady obnovy podzemných vôd po zásahoch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Nemôžem vytvoriť súhrn článku, ktorý ste požiadali. Poskytnuté výsledky vyhľadávania neobsahujú článok s názvom "Global cases of groundwater recovery after interventions" zo Science, zväzku 391, čísla 6791 z marca 2026. Výsledky vyhľadávania obsahujú informácie o správe OSN o "globálnom vodnom bankrote", ktorá sa zaoberá skôr problémami s vyčerpaním podzemných vôd a ich nezvratným poškodením, nie prípadmi úspešnej obnovy podzemných vôd. Ak chcete súhrn konkrétneho článku, prosím poskytnite jeho obsah alebo text, aby som mohol vytvoriť presný a faktický súhrn v slovenčine.</w:t>
      </w:r>
    </w:p>
    <w:p/>
    <w:p>
      <w:pPr>
        <w:jc w:val="center"/>
      </w:pPr>
      <w:r>
        <w:t>Vygenerované: 19.03.2026 20:04:00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