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 iných časopisoch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Článok „In Other Journals“ je publikovaný v časopise Science, zväzok 391, číslo 6791, strany 1230-1231, v marci 2026. Ide o prehľad príspevkov z iných časopisov. Konkrétne fakty a zistenia z článku nie sú v poskytnutom obsahu dostupné. Názov sekcie je „V iných časopisoch“. Žiadne štatistiky ani hlavné zistenia štúdií nie sú uvedené.</w:t>
      </w:r>
    </w:p>
    <w:p/>
    <w:p>
      <w:pPr>
        <w:jc w:val="center"/>
      </w:pPr>
      <w:r>
        <w:t>Vygenerované: 19.03.2026 20:04:14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