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Bolesť v priebehu času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Medzinárodná asociácia pre štúdium bolesti (IASP) vyhlásila rok 2026 za Globálny rok neuropatickej bolesti.[1] Neuropatická bolesť postihuje odhadom 580 až 830 miliónov ľudí na svete a vzniká poškodením nervového systému ochorením alebo zranením.[1] Spája sa s bežnými stavmi ako bedrová sciatika, diabetes, HIV, lepra, traumy nervov, amputácie a zranenia spôsobené konfliktmi.[1] Napriek vysokej prevalencii je často poddiagnostikovaná, nedostatočne liečená a zle pochopená, čo vedie k zbytočnému utrpeniu.[1] Štúdia publikovaná v Science Immunology ukazuje, že ženy zažívajú exacerbovanú chronickú bolesť dlhšie ako muži v dôsledku biologických rozdielov v imunitnom systéme.[3] Prekladový výskum bolesti čelí výzvam ako nedostatok relevantných modelov, rozdielom medzi hlodavcami a ľuďmi či opakovaným neúspechom klinických skúšok.[2] Napriek pokrokom v pochopení neurobiológie bolesti za posledných 30 rokov chýbajú nové dlhodobé liečby chronickej bolesti.[2]</w:t>
      </w:r>
    </w:p>
    <w:p/>
    <w:p>
      <w:pPr>
        <w:jc w:val="center"/>
      </w:pPr>
      <w:r>
        <w:t>Vygenerované: 19.03.2026 20:05:02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