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Neuroimunitný okruh spája stres so zápalom kože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Vedci objavili neuroimunitný okruh, ktorý spája stres so zápalom kože.[5] Špecifické stresovo-reagujúce neurónové okruhy v mozgu zosilňujú zápal kože tým, že ovplyvňujú imunitné bunky.[5] Tento mechanizmus vysvetľuje, ako psychický stres zhoršuje dermatitídu.[4][5] Sympateticko-eozinofilná os riadi stresom vyvolané zhoršenie zápalu kože prostredníctvom neuronov Pdyn+.[4] Stres aktivuje HPA os, uvoľňuje CRH, ACTH a kortizol, čo podporuje lokálnu produkciu prozápalových cytokínov ako IL-6 a TNF-α v koži.[1][2] Neurotrofíny ako NGF, uvoľňované pod stresom keratinocytmi a imunitnými bunkami, zosilňujú neurogénny zápal a svrbenie.[1] Neuropeptidy substance P a CGRP z nervových zakončení zvyšujú priepustnosť ciev a degranuláciu žírnych buniek, čím prispievajú k zápalu.[1][2] Tieto zistenia ponúkajú mechanistické vysvetlenie spojenia stresu a kožných ochorení ako psoriáza či atopická dermatitída.[1][3][5]</w:t>
      </w:r>
    </w:p>
    <w:p/>
    <w:p>
      <w:pPr>
        <w:jc w:val="center"/>
      </w:pPr>
      <w:r>
        <w:t>Vygenerované: 19.03.2026 20:05:13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