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Požiar: Rastúca hrozba pre bezpečnosť vody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Požiare predstavujú rastúcu hrozbu pre bezpečnosť vody, pretože kontaminujú spodné vody, narúšajú mikrobiálne spoločenstvá v pôde a vyradzujú čistiarne odpadových vôd, čím znižujú prístup k bezpečnej vode.[6] Veľké požiare vysokého stupňa ničenia menia vegetáciu, pôdu a procesy v povodiach, čo reguluje prietok vôd a ich kvalitu, a zvyšuje riziko povodní, erózie, prúdenia troskov a kontaminantov do riek zásobujúcich mestské vodovody.[1] Po požiaroch môže byť kvalita vody ohrozená a dostupnosť sa mení pre komunity v povodiach po desaťročia.[1] Lesné úpravy na zníženie rizika požiarov obnovujú zásoby snehu zmenšené zmenami lesov a otepľovaním; na severných svahoch sa tým získa približne 12,3 acre-feet snehového úložiska na 100 akrov, čo zodpovedá asi 15 olympijským plavárňam na kilometer štvorcový.[3] Sezónny sneh poskytuje 53 až 78 percent vody pre ľudskú spotrebu v regióne a očakáva sa jeho pokles o 50 percent do konca storočia.[3] Požiare ohrozujú bezpečnosť pitnej vody kontamináciou systémov distribúcie, čo predstavuje rastúce riziká pre verejné zdravie.[9]</w:t>
      </w:r>
    </w:p>
    <w:p/>
    <w:p>
      <w:pPr>
        <w:jc w:val="center"/>
      </w:pPr>
      <w:r>
        <w:t>Vygenerované: 19.03.2026 20:05:48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