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Erratum k článku o výskume „Ako ovplyvňujú kŕmne algoritmy sociálnych médií postoje a správanie vo volebnej kampani?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Toto je erratum k výskumnému článku „Ako ovplyvňujú kŕmne algoritmy sociálnych médií postoje a správanie vo volebnej kampani?“ publikovanému v Science, zväzok 391, vydanie 6791, marec 2026.[1] Erratum objasňuje, že zavedenie 63 „break-glass“ zmien v algoritme Facebooku Meta počas experimentu neovplyvnilo jeho internú validitu, teda schopnosť dosiahnuť presné kauzálne závery z dát.[1] Experiment Guess et al. (2023) prebehol od 24. septembra do 23. decembra 2020 a porovnával reverzne chronologický feed s algoritmickým feedom Facebooku počas kampane a následkov volieb v USA 2020.[1] Tieto dočasné zmeny mali znížiť viditeľnosť obsahu z nedôveryhodných zdrojov po voľbách, čím sa zmenil kontrolný stav experimentu, no neovplyvnili jeho vnútornú platnosť.[1] Autori v diskusii zdôraznili, že algoritmy Facebooku a Instagramu koncom roku 2020 silne ovplyvňovali používateľské skúsenosti na sociálnych sieťach.[1] Upozornili, že výsledky by mohli byť iné pri iných algoritmoch alebo mimo polarizovanej volebnej kampane.[1] Erratum potvrdzuje kumulatívny kauzálny efekt prechodu na reverzne chronologický feed oproti algoritmu počas celého obdobia štúdie.[1]</w:t>
      </w:r>
    </w:p>
    <w:p/>
    <w:p>
      <w:pPr>
        <w:jc w:val="center"/>
      </w:pPr>
      <w:r>
        <w:t>Vygenerované: 19.03.2026 20:05:58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