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Vzdelanie Mouna Marouna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článku s názvom "The education of Mouna Maroun" z časopisu Science, zväzok 391, číslo 6791 z marca 2026, pretože tento článok nie je obsiahnutý v poskytnutých vyhľadávacích výsledkoch. Dostupné informácie pochádzajú z článkov o jej menovaní za rektorku Univerzity v Haife a jej vedeckej práci v oblasti neurobiológie. Ak by ste chceli súhrn na základe týchto dostupných zdrojov alebo ak máte iný článok, ktorý chcete zhrnúť, rád by som vám pomohol.</w:t>
      </w:r>
    </w:p>
    <w:p/>
    <w:p>
      <w:pPr>
        <w:jc w:val="center"/>
      </w:pPr>
      <w:r>
        <w:t>Vygenerované: 19.03.2026 20:06:19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