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Prekrývajúce sa prúdy dokážu vyladiť hlboký mozog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článok s názvom "Overlapping currents can tune the deep brain" zo Science, zväzku 391, čísla 6791 z marca 2026. Výsledky vyhľadávania obsahujú informácie o hlbokej mozgovej stimulácii (DBS) a mapovaní mozgových sietí z iných zdrojov, ale nie konkrétny článok, ktorý ste uviedli. Aby som mohol vytvoriť presný a faktický súhrn podľa vašich požiadaviek, potreboval by som mať dostupný obsah tohto konkrétneho článku.</w:t>
      </w:r>
    </w:p>
    <w:p/>
    <w:p>
      <w:pPr>
        <w:jc w:val="center"/>
      </w:pPr>
      <w:r>
        <w:t>Vygenerované: 19.03.2026 20:06:30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