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Experimentálna terapia paralýzy vyvoláva diskusiu v Brazílii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Brazílski vedci vyvinuli experimentálnu terapiu nazvanú polylamín, ktorá je odvodená z proteínov ľudskej placenty a má potenciál regenerovať poškodený miechu[1][2]. V pilotnej klinickej štúdii z roku 2024 dostalo osem pacientov s úplným poškodením miechy injekciu polylamínu priamo do miechy v priebehu niekoľkých dní po zranení[1][2]. Šesť z ôsmich pacientov si údajne obnovilo určitý stupeň dobrovoľnej motorickej kontroly pod úrovňou zranenia, čo je bezprecedentný výsledok[1][2]. Traja pacienti zomreli počas štúdie, údajne z príčin nesúvisiacich s liečbou[1]. Brazílski vedci však vyjadrujú obavy z metodologických nedostatkov pilotnej štúdie a z toho, že je príliš malá na to, aby preukázala účinnosť polylamínu[1]. Regulačný orgán Anvisa schválil fázu 1 klinickej skúšky zameranej na bezpečnosť s piatimi účastníkmi a vybrala polylamín ako jednu zo štyroch prioritných tém na štúdium[1]. Kým sa neuskutočnia väčšie randomizované klinické skúšky a dlhodobé monitorovanie, polylamín zostáva experimentálnou terapiou a nie liekom[2].</w:t>
      </w:r>
    </w:p>
    <w:p/>
    <w:p>
      <w:pPr>
        <w:jc w:val="center"/>
      </w:pPr>
      <w:r>
        <w:t>Vygenerované: 19.03.2026 20:06:44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