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Čína požaduje dôkazy o injekciách tradičnej medicíny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Čína zavádza nové predpisy pre injekcie tradičnej čínskej medicíny (TCM), ktoré vyžadujú dôkazy o ich bezpečnosti, účinnosti a mechanizme účinku. Predpisy vydali Národná správa pre lieky (NMPA), Národná zdravotnícka komisia a Národná správa pre tradičnú čínsku medicínu minulú jeseň a týkajú sa iba intramuskulárnych a intravenóznych foriem, nie perorálnych liekov.[1][2] Firmy musia poskytnúť vedecké dôkazy, inak budú ich produkty stiahnuté z trhu.[1] Každá injekcia schválená pred rokom 2019 podlieha povinnej posúdeniu po uvedení na trh, vrátane nových klinických skúšok a audítorovateľných dát do piatich rokov.[2] Podľa experta Zhanga Boliho približne jedna tretina existujúcich TCM injekcií spĺňa nové požiadavky, ďalšia tretina nemá údaje o účinnosti ani bezpečnosti a zvyšok potrebuje ďalšie výskumy.[1] Predpisy vychádzajú z novelizácie Zákona o administratíve liekov z roku 2019, ktorá zavádza prísnejšie štandardy pre všetky nové lieky vrátane TCM.[1] Ak perorálne lieky spĺňajú klinické potreby, injekcie sa neodporúčajú.[1]</w:t>
      </w:r>
    </w:p>
    <w:p/>
    <w:p>
      <w:pPr>
        <w:jc w:val="center"/>
      </w:pPr>
      <w:r>
        <w:t>Vygenerované: 19.03.2026 20:07:11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