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Bezpečnostná politika výskumu potrebuje jasné usmernenia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Bezpečnostná politika výskumu potrebuje jasné usmernenia, tvrdia autori Caroline S. Wagner a Denis F. Simon. Politiky bezpečnosti výskumu sa objavujú v rôznych krajinách. Chýbajú im však jednotné a jasné pokyny. Článok bol uverejnený v časopise Science, zväzok 391, číslo 6791, na strane 1187. Vydanie pochádza z 19. marca 2026. Autori zdôrazňujú potrebu presných smerníc pre efektívne fungovanie týchto politík.</w:t>
      </w:r>
    </w:p>
    <w:p/>
    <w:p>
      <w:pPr>
        <w:jc w:val="center"/>
      </w:pPr>
      <w:r>
        <w:t>Vygenerované: 19.03.2026 20:08:01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