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High-Dose Wegovy získal schválenie FDA</w:t>
      </w:r>
    </w:p>
    <w:p>
      <w:r>
        <w:t>Zdroj: MedPage Today</w:t>
      </w:r>
    </w:p>
    <w:p>
      <w:r>
        <w:t>Publikované: Thu, 19 Mar 2026 15:47:24 -0400</w:t>
      </w:r>
    </w:p>
    <w:p/>
    <w:p>
      <w:pPr>
        <w:pStyle w:val="Heading1"/>
      </w:pPr>
      <w:r>
        <w:t>Súhrn</w:t>
      </w:r>
    </w:p>
    <w:p>
      <w:r>
        <w:t>FDA schválila vyššiu dávku Wegovy HD, injekčnú formu semaglutidu ako agonistu GLP-1 receptora na chudnutie, v dávke 7,2 mg raz týždenne, čo je trojnásobok štandardnej sily.[4] Toto schválenie oznámila agentúra vo štvrtok podľa MedPage Today. Klinické štúdie naznačujú väčší úbytok hmotnosti oproti nižším dávkam, s bezpečnosťou a toleranciou porovnateľnou s dávkou 2,4 mg.[4] Okrem toho FDA schválila orálnu tabletu Wegovy s 25 mg semaglutidu raz denne na zníženie nadváhy, udržanie úbytku hmotnosti a zníženie rizika závažných kardiovaskulárnych príhod.[1][3] Schválenie tablety vychádza z programu OASIS, vrátane OASIS 4, kde účastníci s obezitou dosiahli pri dodržaní liečby priemerný úbytok hmotnosti 16,6 %.[1][2][3] Novo Nordisk plánuje uvedenie tablety na trh v USA začiatkom januára 2026.[1][2][3][4] Je to prvá orálna GLP-1 terapia schválená na manažment hmotnosti.[1][3][4]</w:t>
      </w:r>
    </w:p>
    <w:p/>
    <w:p>
      <w:pPr>
        <w:jc w:val="center"/>
      </w:pPr>
      <w:r>
        <w:t>Vygenerované: 19.03.2026 22:00:44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