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HHS vyšetrujúce štáty, ktoré nariaďujú poistné krytie potratov</w:t>
      </w:r>
    </w:p>
    <w:p>
      <w:r>
        <w:t>Zdroj: MedPage Today</w:t>
      </w:r>
    </w:p>
    <w:p>
      <w:r>
        <w:t>Publikované: Thu, 19 Mar 2026 15:30:39 -0400</w:t>
      </w:r>
    </w:p>
    <w:p/>
    <w:p>
      <w:pPr>
        <w:pStyle w:val="Heading1"/>
      </w:pPr>
      <w:r>
        <w:t>Súhrn</w:t>
      </w:r>
    </w:p>
    <w:p>
      <w:r>
        <w:t>Trumpova administratíva začala vo štvrtok vyšetrovanie v 13 štátoch, ktoré vyžadujú, aby štátom regulované plány zdravotného poistenia pokrývali potraty.[1] Tieto sondy sú súčasťou dlhotrvajúceho sporu.[1] Ministerstvo zdravotníctva a sociálnych služieb (HHS) sa zameriava na štáty, kde poistné plány musia zahrnúť krytie potratov.[1] Vyšetrovanie sa týka poistného krytia v regulovaných zdravotných plánoch.[1] Správa pochádza z MedPage Today.[1] Štáty sú podrobené kontrole pre svoje nariadenia o poistení.[1] Tento krok nadväzuje na predošlé spory v oblasti zdravotného poistenia a potratov.[1]</w:t>
      </w:r>
    </w:p>
    <w:p/>
    <w:p>
      <w:pPr>
        <w:jc w:val="center"/>
      </w:pPr>
      <w:r>
        <w:t>Vygenerované: 19.03.2026 22:00:54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