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Chirurgov film získal Oscara; #Match2026; Dokumenty reagujú na nové pokyny pre lipidy</w:t>
      </w:r>
    </w:p>
    <w:p>
      <w:r>
        <w:t>Zdroj: MedPage Today</w:t>
      </w:r>
    </w:p>
    <w:p>
      <w:r>
        <w:t>Publikované: Thu, 19 Mar 2026 15:28:57 -0400</w:t>
      </w:r>
    </w:p>
    <w:p/>
    <w:p>
      <w:pPr>
        <w:pStyle w:val="Heading1"/>
      </w:pPr>
      <w:r>
        <w:t>Súhrn</w:t>
      </w:r>
    </w:p>
    <w:p>
      <w:r>
        <w:t>Dokumentárny krátky film "All the Empty Rooms" získal Oscara za najlepší dokumentárny krátky film na 98. ročníku Academy Awards v roku 2026. Film sleduje reportéra CBS News Steva Hartmana a fotografa Loua Boppa, ktorí sedem rokov dokumentovali prázdne izby detí zabitých pri školských streľbách v USA. Predstavuje štyri izby detí: Hallie, Gracie, Dominica a Jackie, ktoré rodičia ponechali v stave, v akom deti opustili dom naposledy. Režisér Joshua Seftel cenu prevzal spolu s producentom Conallom Jonesom a Gloriou Cazaresovou, matkou 9-ročnej Jackie zabitej v roku 2022 pri streľbe na Robb Elementary School v Uvalde v Texase. Cazaresová na pódiu uviedla, že jej dcéra je viac než len titulok a vyzvala na koniec násilia zo zbraní. Film zdôrazňuje dopad školských streľieb bez priameho zmienenia slova zbraň. Projekt vznikol po tom, ako Hartman oslovil Seftela s nápadom na dokumentáciu izieb.[1][2][3][4][5][6]</w:t>
      </w:r>
    </w:p>
    <w:p/>
    <w:p>
      <w:pPr>
        <w:jc w:val="center"/>
      </w:pPr>
      <w:r>
        <w:t>Vygenerované: 19.03.2026 22:01:05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