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Mali by lekári účtovať pacientom poplatky za predchádzajúce povolenie?</w:t>
      </w:r>
    </w:p>
    <w:p>
      <w:r>
        <w:t>Zdroj: MedPage Today</w:t>
      </w:r>
    </w:p>
    <w:p>
      <w:r>
        <w:t>Publikované: Thu, 19 Mar 2026 16:16:01 -0400</w:t>
      </w:r>
    </w:p>
    <w:p/>
    <w:p>
      <w:pPr>
        <w:pStyle w:val="Heading1"/>
      </w:pPr>
      <w:r>
        <w:t>Súhrn</w:t>
      </w:r>
    </w:p>
    <w:p>
      <w:r>
        <w:t>Niektoré lekárske ordinácie účtujú pacientom poplatky za predchádzajúce žiadosti o povolenie (prior authorization) alebo vyžadujú ročné administratívne poplatky za takéto žiadosti a listy o lekárskej potrebe. Tieto poplatky sa účtujú okrem iných služieb. Vo februári pacienti v jednom zdravotníckom zariadení vo Washingtone čelili takýmto poplatkom. Článok diskutuje, či by lekári mali pacientom účtovať poplatky za predchádzajúce povolenie. Predchádzajúce povolenie je proces, pri ktorom poisťovne schvaľujú liečbu pred jej poskytnutím. Niektoré ordinácie zavádzajú tieto poplatky kvôli administratívnej záťaži spojenenej s procesom.</w:t>
      </w:r>
    </w:p>
    <w:p/>
    <w:p>
      <w:pPr>
        <w:jc w:val="center"/>
      </w:pPr>
      <w:r>
        <w:t>Vygenerované: 19.03.2026 23:00:51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