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Autistický panel sa zameriava na agendu RFK Jr</w:t>
      </w:r>
    </w:p>
    <w:p>
      <w:r>
        <w:t>Zdroj: MedPage Today</w:t>
      </w:r>
    </w:p>
    <w:p>
      <w:r>
        <w:t>Publikované: Fri, 20 Mar 2026 17:31:31 -0400</w:t>
      </w:r>
    </w:p>
    <w:p/>
    <w:p>
      <w:pPr>
        <w:pStyle w:val="Heading1"/>
      </w:pPr>
      <w:r>
        <w:t>Súhrn</w:t>
      </w:r>
    </w:p>
    <w:p>
      <w:r>
        <w:t>Nezávislý koordinačný výbor pre autizmus (I-ACC) bol vytvorený ako reakcia na zmeny v federálnom medziagentúrnom koordinačnom výbore pre autizmus (IACC), ktorý v januári 2026 reorganizoval tajomník HHS Robert F. Kennedy Jr.[1] Kennedy vymenoval 21 nových členov IACC, z ktorých mnohí podľa kritikov presadzujú názory a medicínske prístupy nepodporené vedeckými dôkazmi, vrátane nepreukázaných teórií o súvislosti autizmu s očkovaniami.[2] Skupina vedcov a odborníkov na autizmus vytvorila I-ACC ako nezávislý poradný panel s cieľom zabezpečiť, aby sa politika v USA riadila podľa dôkazov.[1] I-ACC sa zaoberá koordináciou výskumu vrátane genetiky, environmentálnych faktorov, diagnostiky, liečby, služieb a intervencií, pričom plánuje ročne podávať správy o hlavných pokrokoch v autiztickom výskume.[2] Medzi členov I-ACC patria uznávaní vedci vrátane dvoch bývalých riaditeľov Národného inštitútu duševného zdravia.[2] Federálny IACC zrušil svoju prvú verejnú schôdzu naplánovanú na marec 2026 bez uvedenia dôvodu, zatiaľ čo I-ACC sa stretol podľa plánu.[3]</w:t>
      </w:r>
    </w:p>
    <w:p/>
    <w:p>
      <w:pPr>
        <w:jc w:val="center"/>
      </w:pPr>
      <w:r>
        <w:t>Vygenerované: 21.03.2026 00:00:40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