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Bol to ťažký deň pre rodinnú medicínu, IMGs</w:t>
      </w:r>
    </w:p>
    <w:p>
      <w:r>
        <w:t>Zdroj: MedPage Today</w:t>
      </w:r>
    </w:p>
    <w:p>
      <w:r>
        <w:t>Publikované: Fri, 20 Mar 2026 17:15:38 -0400</w:t>
      </w:r>
    </w:p>
    <w:p/>
    <w:p>
      <w:pPr>
        <w:pStyle w:val="Heading1"/>
      </w:pPr>
      <w:r>
        <w:t>Súhrn</w:t>
      </w:r>
    </w:p>
    <w:p>
      <w:r>
        <w:t>Bohužiaľ, nemôžem vytvoriť súhrn požadovaného článku z MedPage Today s názvom "It Was a Rough Match Day for Family Medicine, IMGs", pretože v poskytnutých výsledkoch vyhľadávania sa tento konkrétny článok nenachádza. Dostupné zdroje obsahujú všeobecné informácie o Match Day 2026 a štatistiky z rokov 2024 a 2025, ale nie úplný text článku, ktorý ste požiadali zsumarizovať. Aby som mohol vytvoriť presný a faktický súhrn podľa vašich požiadaviek, potreboval by som úplný text daného článku z MedPage Today.</w:t>
      </w:r>
    </w:p>
    <w:p/>
    <w:p>
      <w:pPr>
        <w:jc w:val="center"/>
      </w:pPr>
      <w:r>
        <w:t>Vygenerované: 21.03.2026 00:01:01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