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Politický vplyv je „vážny problém“ pre FDA za Trumpa, hovorí bývalý komisár</w:t>
      </w:r>
    </w:p>
    <w:p>
      <w:r>
        <w:t>Zdroj: STAT News</w:t>
      </w:r>
    </w:p>
    <w:p>
      <w:r>
        <w:t>Publikované: Fri, 20 Mar 2026 00:54:44 +0000</w:t>
      </w:r>
    </w:p>
    <w:p/>
    <w:p>
      <w:pPr>
        <w:pStyle w:val="Heading1"/>
      </w:pPr>
      <w:r>
        <w:t>Súhrn</w:t>
      </w:r>
    </w:p>
    <w:p>
      <w:r>
        <w:t>Bývalý komisár FDA Robert Califf označil politický vplyv za „vážny problém“ pre agentúru za vlády Trumpa[1]. V nasledujúcom desaťročí by mohlo byť k dispozícii stovky individualizovaných spôsobov liečby zriedkavých chorôb, ak regulátori správne zaobchádzajú s novými terapeutikami[originálny obsah]. Califf vyjadril neistotu ohľadom budúcnosti FDA pod prichádzajúcou Trumpovou administratívou a sklamanie z výsledku volieb[1]. Upozornil, že schopnosť FDA najímať a udržiavať kvalifikovaných zamestnancov môže byť ohrozená kvôli nepriateľskému postoju Trumpovho spojenca Roberta F. Kennedyho Jr. voči štátnych zamestnancom[1]. Väčšina regulačných rozhodnutí FDA robia radoví zamestnanci, no komisár, prezident alebo minister zdravotníctva ich môžu legálne prepísať[1]. RFK Jr. vyjadril skepticizmus voči zamestnancom FDA v oddeleniach potravín a výživy a chce využiť agentúry na boj proti chronickým ochoreniam[1]. Trump plánuje dať Kennedyho moc nad zdravotníckou politikou[1].</w:t>
      </w:r>
    </w:p>
    <w:p/>
    <w:p>
      <w:pPr>
        <w:jc w:val="center"/>
      </w:pPr>
      <w:r>
        <w:t>Vygenerované: 20.03.2026 02:00:32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