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Muži s vekom strácajú kľúčový chromozóm a to môže byť smrteľné</w:t>
      </w:r>
    </w:p>
    <w:p>
      <w:r>
        <w:t>Zdroj: ScienceDaily Health</w:t>
      </w:r>
    </w:p>
    <w:p>
      <w:r>
        <w:t>Publikované: Fri, 20 Mar 2026 20:56:14 EDT</w:t>
      </w:r>
    </w:p>
    <w:p/>
    <w:p>
      <w:pPr>
        <w:pStyle w:val="Heading1"/>
      </w:pPr>
      <w:r>
        <w:t>Súhrn</w:t>
      </w:r>
    </w:p>
    <w:p>
      <w:r>
        <w:t>S pribúdajúcim vekom muži strácajú chromozóm Y v čoraz väčšom počte svojich buniek, čo je bežný proces postihujúci pravdepodobne všetkých mužov[1][2]. Približne 40 percent mužov vo veku 60 rokov a až 57 percent mužov vo veku 90 rokov trácajú chromozóm Y[1]. Táto strata je spojená s vážnymi zdravotnými problémami vrátane srdcových chorôb, rakoviny, neurodegenerácie a Alzheimerovej choroby[2]. Vedci zistili, že strata chromozómu Y výrazne narúša imunitný systém a môže zvyšovať riziko rakoviny a akútnych infekcií[2]. Výskum na myších modeloch ukázal, že bunky s deficitom chromozómu Y vedú k zhoršenej funkcii srdca a srdcovému zlyhaniu[1]. Strata chromozómu Y je z jednej tretiny genetická a zvyšujú ju environmentálne faktory ako fajčenie a vystavenie sa karcinogénom[1]. Vedci sa domnievajú, že táto strata môže byť zodpovedná za približne polovicu rozdielov v dĺžke života medzi pohlaviami[2].</w:t>
      </w:r>
    </w:p>
    <w:p/>
    <w:p>
      <w:pPr>
        <w:jc w:val="center"/>
      </w:pPr>
      <w:r>
        <w:t>Vygenerované: 21.03.2026 03:00:32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