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Endoskopická resekcia adenoidného cystického karcinómu pažeráka submukózneho pôvodu a dlhodobé sledovanie: kazuistika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Adenoidný cystický karcinóm pažeráka je výnimočne vzácna malignita s submukóznym rastovým vzorom, čo sťažuje diagnostiku konvenčnou endoskopiou. Prípad sa týka 47-ročného muža, u ktorého rutinné vyšetrenie odhalilo ezofageálnu submukóznu léziu. Endoskopický ultrazvuk (EUS) ju presne lokalizoval do submukóznej vrstvy ako hypoechogénnu hmotu so sitovitým vzhľadom a intaktným muscularis propria. Nádor bol úplne odstránený endoskopickou submukóznou exkaváciou (ESE) a histopatológia potvrdila adenoidný cystický karcinóm pažeráka. Počas 5 rokov pravidelného sledovania bol pacient vo výbornom stave bez recidívy alebo metastáz. Tento prípad zdôrazňuje úlohu EUS pri diagnostike a stagingu včasného estádia a endoskopickú resekciu ako minimálne invazívnu alternatívu k ezofagektómii u vybraných pacientov.</w:t>
      </w:r>
    </w:p>
    <w:p/>
    <w:p>
      <w:pPr>
        <w:jc w:val="center"/>
      </w:pPr>
      <w:r>
        <w:t>Vygenerované: 20.03.2026 07:01:35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