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Sociotechnická systémová analýza konvergencie IoT-AI v kozmetickom zdraví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Konvergencia zariadení internetu vecí (IoT) a umelej inteligencie (AI) v kozmetickom zdraví ponúka potenciál pre preventívnu zdravotnú starostlivosť a personalizovanú integráciu krásy a zdravia.[1] Implementácia týchto technológií je však roztrieštená kvôli nesúladu medzi technickými možnosťami a sociálnymi systémami.[1] Sociotechnická systémová analýza odhalila, že zariadenia uprednostňujú technickú presnosť pred integráciou s používateľskými rutinami.[1] Aplikácie dosiahli prijatie spotrebiteľmi, no vytvárajú výzvy v pracovných tokoch zdravotnej starostlivosti a algoritmy vykazujú rozdiely vo výkonnosti medzi populáciami.[1] Úspešná implementácia vyžaduje spoločnú optimalizáciu technickej infraštruktúry, sociálnych systémov, organizačných kontextov a environmentálnych faktorov.[1] Navrhuje sa vytvorenie sociotechnických noriem, overenie integrácie cez skúšky a zosúladenie so zdravotnou starostlivosťou.[1] Prioritné oblasti zahŕňajú UV monitorovanie, hodnotenie kožnej bariéry a personalizáciu riadenú AI.[1] Bez koordinovaných opatrení na presnosť, integráciu pracovného toku a algoritmickú spravodlivosť hrozia posilnenie existujúcich rozdielov.[1]</w:t>
      </w:r>
    </w:p>
    <w:p/>
    <w:p>
      <w:pPr>
        <w:jc w:val="center"/>
      </w:pPr>
      <w:r>
        <w:t>Vygenerované: 20.03.2026 07:01:44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