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Korelácia zmien vaginálnych baktérií mliečneho kvasenia s vysoko rizikovou cervikálnou intraepiteliálnou neopláziou infikovanou ľudským papilomavírusom a modelom nomogramu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Štúdia skúmala vzťah medzi vaginálnymi baktériami a cervikálnou intraepiteliálnou neopláziou (CIN) u 358 žien infikovaných vysoko rizikovou infekciou ľudského papilomavírusu (HR-HPV). Výskumníci zistili, že pokles počtu vaginálnych laktobacilov, zvýšenie vaginálneho pH, vyššia záťaž HR-HPV, vyšší vek, dlhšie trvanie perzistujúcej HPV infekcie a znížená hladina vitamínu D sú nezávislými rizikovými faktormi pre vznik CIN. Na základe týchto faktorov bol vytvorený predikčný model nomogramu s dobrými výsledkami – v tréningovom súbore dosiahol hodnotu C-indexu 0,845 a v validačnom súbore 0,761. Nomogramový model ukázal vysokú presnosť pri predpovedaní výskytu CIN, pričom plocha pod ROC krivkou bola 0,845 v tréningovom súbore a 0,761 v validačnom súbore. Autori záveru, že nomogram je užitočný na včasnú predikciu CIN u žien infikovaných HR-HPV a môže pomôcť pri rozhodovaní o vhodných klinických intervenčných opatreniach.</w:t>
      </w:r>
    </w:p>
    <w:p/>
    <w:p>
      <w:pPr>
        <w:jc w:val="center"/>
      </w:pPr>
      <w:r>
        <w:t>Vygenerované: 20.03.2026 07:45:40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