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indexu celkového cholesterolu-lipoproteín-glukóza s vysokou hustotou s metabolickým steatotickým ochorením pečene: 5-ročná retrospektívna kohortová štúdia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Štúdia preskúmala vzťah medzi indexom celkového cholesterolu–lipoproteínu s vysokou hustotou–glukóza (CHG) a rizikom metabolického steatotického ochorenia pečene (MASLD) u 6 274 dospelých Číňanov v retrospektívnej kohortovej analýze z rokov 2018–2023. Multivariabilná Coxova regresia ukázala, že na každé zvýšenie CHG o 0,1 jednotky je riziko MASLD vyššie s HR 1,055 (95 % CI: 1,030–1,080). Zistila sa nelineárna asociácia s inflexným bodom pri CHG = 5,42; vľavo od tohto bodu je HR 1,088 (95 % CI: 1,055–1,122), vpravo HR 0,969 (95 % CI: 0,912–1,029). Analýza ROC preukázala, že CHG na predpovedanie 5-ročného rizika MASLD má AUC 0,678, čo je lepšie ako u jednotlivých indikátorov. CHG má porovnateľnú predikčnú výkonnosť ako TyG a FLI bez štatisticky významných rozdielov; v 2–5-ročnom období je AUC CHG 0,656–0,678. Zvýšené CHG je nezávisle spojené s vyšším rizikom MASLD a môže slúžiť ako marker včasnej identifikácie. Zníženie CHG pod 5,42 môže významne znížiť riziko MASLD.</w:t>
      </w:r>
    </w:p>
    <w:p/>
    <w:p>
      <w:pPr>
        <w:jc w:val="center"/>
      </w:pPr>
      <w:r>
        <w:t>Vygenerované: 20.03.2026 07:46:11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