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Mapovanie vedomostnej domény: bibliometrická analýza globálneho výskumu tradičnej čínskej medicíny na nealkoholické stukovatenie pečene (2000–2024)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Štúdia analyzuje globálny výskum tradičnej čínskej medicíny (TCM) pri nealkoholickom stukovatení pečene (NAFLD) v rokoch 2000–2024 na základe 855 článkov z databázy Web of Science Core Collection a klinických štúdií z PubMed. Výskum TCM pri NAFLD ukazuje všeobecný rastúci trend, pričom v tejto oblasti vedie Čína, nasledovaná Spojenými štátmi a Južnou Kóreou. Poprednou inštitúciou je Šanghajská univerzita tradičnej čínskej medicíny, najproduktívnejším autorom je Ji G a najcitovanejším učenec Younossi ZM. Najviac publikácií vydal Journal of Ethnopharmacology, zatiaľ čo najvyššiu citovanosť má Hepatology. Kľúčové témy zahŕňajú črevnú mikroflóru, sieťovú farmakológiu, zápal, inzulínovú rezistenciu a metabolizmus lipidov. Výskumné hotspoty sa zameriavajú na mechanizmy zlúčenín TCM ako berberín a Lingguizhugan Decoction, s rastúcim využitím sieťovej farmakológie. Analýza načrtáva súčasný stav a trendy vývoja výskumu TCM pri NAFLD.</w:t>
      </w:r>
    </w:p>
    <w:p/>
    <w:p>
      <w:pPr>
        <w:jc w:val="center"/>
      </w:pPr>
      <w:r>
        <w:t>Vygenerované: 20.03.2026 07:46:33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